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dxa" w:w="10206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8221"/>
        <w:gridCol w:w="1984"/>
      </w:tblGrid>
      <w:tr>
        <w:tc>
          <w:tcPr>
            <w:tcW w:type="dxa" w:w="8220"/>
          </w:tcPr>
          <w:p>
            <w:r>
              <w:drawing>
                <wp:inline xmlns:a="http://schemas.openxmlformats.org/drawingml/2006/main" xmlns:pic="http://schemas.openxmlformats.org/drawingml/2006/picture">
                  <wp:extent cx="1512000" cy="40698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-horizontal-bn.png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512000" cy="40698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40" w:before="80"/>
            </w:pPr>
            <w:r>
              <w:rPr>
                <w:rFonts w:ascii="Nirmala UI" w:hAnsi="Nirmala UI" w:eastAsia="Nirmala UI" w:cs="Nirmala UI"/>
                <w:b/>
                <w:color w:val="0E5D4C"/>
                <w:sz w:val="44"/>
                <w:bCs/>
                <w:szCs w:val="44"/>
                <w:lang w:val="en-GB" w:bidi="bn-BD"/>
              </w:rPr>
              <w:t>বিয়ের বায়োডাটা</w:t>
            </w:r>
          </w:p>
          <w:p>
            <w:pPr>
              <w:spacing w:after="40" w:before="0"/>
            </w:pPr>
            <w:r>
              <w:rPr>
                <w:rFonts w:ascii="Nirmala UI" w:hAnsi="Nirmala UI" w:eastAsia="Nirmala UI" w:cs="Nirmala UI"/>
                <w:b w:val="0"/>
                <w:color w:val="55665F"/>
                <w:sz w:val="18"/>
                <w:szCs w:val="18"/>
                <w:lang w:val="en-GB" w:bidi="bn-BD"/>
              </w:rPr>
              <w:t>যা জানাতে স্বস্তি বোধ করেন, শুধু তা-ই লিখুন। ব্যক্তিগত কিছু ফাঁকা রাখতে পারেন।</w:t>
            </w:r>
          </w:p>
        </w:tc>
        <w:tc>
          <w:tcPr>
            <w:tcW w:type="dxa" w:w="1984"/>
            <w:tcBorders>
              <w:top w:val="dashed" w:sz="6" w:color="A9BDB4" w:space="0"/>
              <w:left w:val="dashed" w:sz="6" w:color="A9BDB4" w:space="0"/>
              <w:bottom w:val="dashed" w:sz="6" w:color="A9BDB4" w:space="0"/>
              <w:right w:val="dashed" w:sz="6" w:color="A9BDB4" w:space="0"/>
            </w:tcBorders>
          </w:tcPr>
          <w:p>
            <w:pPr>
              <w:spacing w:before="1200"/>
              <w:jc w:val="center"/>
            </w:pPr>
            <w:r>
              <w:rPr>
                <w:rFonts w:ascii="Nirmala UI" w:hAnsi="Nirmala UI" w:eastAsia="Nirmala UI" w:cs="Nirmala UI"/>
                <w:b w:val="0"/>
                <w:color w:val="55665F"/>
                <w:sz w:val="14"/>
                <w:szCs w:val="14"/>
                <w:lang w:val="en-GB" w:bidi="bn-BD"/>
              </w:rPr>
              <w:t>ছবি (ঐচ্ছিক)। অনেক পরিবার দুই পক্ষ আগ্রহী হওয়ার পরই ছবি দেয়।</w:t>
            </w:r>
          </w:p>
        </w:tc>
      </w:tr>
    </w:tbl>
    <w:p>
      <w:pPr>
        <w:spacing w:after="60" w:before="180"/>
        <w:keepNext/>
        <w:pBdr>
          <w:top w:val="nil"/>
          <w:left w:val="nil"/>
          <w:bottom w:val="single" w:sz="10" w:color="F4AF38" w:space="0"/>
          <w:right w:val="nil"/>
        </w:pBdr>
      </w:pPr>
      <w:r>
        <w:rPr>
          <w:rFonts w:ascii="Nirmala UI" w:hAnsi="Nirmala UI" w:eastAsia="Nirmala UI" w:cs="Nirmala UI"/>
          <w:b/>
          <w:color w:val="0E5D4C"/>
          <w:sz w:val="24"/>
          <w:bCs/>
          <w:szCs w:val="24"/>
          <w:lang w:val="en-GB" w:bidi="bn-BD"/>
        </w:rPr>
        <w:t>১. মৌলিক তথ্য</w:t>
      </w:r>
    </w:p>
    <w:tbl>
      <w:tblPr>
        <w:tblW w:type="dxa" w:w="10206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628"/>
        <w:gridCol w:w="6577"/>
      </w:tblGrid>
      <w:tr>
        <w:trPr>
          <w:trHeight w:val="510"/>
        </w:trPr>
        <w:tc>
          <w:tcPr>
            <w:tcW w:type="dxa" w:w="3628"/>
            <w:tcBorders>
              <w:top w:val="nil"/>
              <w:left w:val="nil"/>
              <w:bottom w:val="single" w:sz="4" w:color="E3ECE7" w:space="0"/>
              <w:right w:val="nil"/>
            </w:tcBorders>
          </w:tcPr>
          <w:p>
            <w:pPr>
              <w:spacing w:after="0"/>
            </w:pPr>
            <w:r>
              <w:rPr>
                <w:rFonts w:ascii="Nirmala UI" w:hAnsi="Nirmala UI" w:eastAsia="Nirmala UI" w:cs="Nirmala UI"/>
                <w:b/>
                <w:color w:val="17241F"/>
                <w:sz w:val="20"/>
                <w:bCs/>
                <w:szCs w:val="20"/>
                <w:lang w:val="en-GB" w:bidi="bn-BD"/>
              </w:rPr>
              <w:t>নাম</w:t>
            </w:r>
          </w:p>
          <w:p>
            <w:pPr>
              <w:spacing w:after="20" w:before="0"/>
            </w:pPr>
            <w:r>
              <w:rPr>
                <w:rFonts w:ascii="Nirmala UI" w:hAnsi="Nirmala UI" w:eastAsia="Nirmala UI" w:cs="Nirmala UI"/>
                <w:b w:val="0"/>
                <w:color w:val="55665F"/>
                <w:sz w:val="16"/>
                <w:szCs w:val="16"/>
                <w:lang w:val="en-GB" w:bidi="bn-BD"/>
              </w:rPr>
              <w:t>শুরুতে ডাকনাম বা প্রথম নামই যথেষ্ট</w:t>
            </w:r>
          </w:p>
        </w:tc>
        <w:tc>
          <w:tcPr>
            <w:tcW w:type="dxa" w:w="6576"/>
            <w:tcBorders>
              <w:top w:val="nil"/>
              <w:left w:val="nil"/>
              <w:bottom w:val="single" w:sz="6" w:color="A9BDB4" w:space="0"/>
              <w:right w:val="nil"/>
            </w:tcBorders>
          </w:tcPr>
          <w:p/>
        </w:tc>
      </w:tr>
      <w:tr>
        <w:trPr>
          <w:trHeight w:val="510"/>
        </w:trPr>
        <w:tc>
          <w:tcPr>
            <w:tcW w:type="dxa" w:w="3628"/>
            <w:tcBorders>
              <w:top w:val="nil"/>
              <w:left w:val="nil"/>
              <w:bottom w:val="single" w:sz="4" w:color="E3ECE7" w:space="0"/>
              <w:right w:val="nil"/>
            </w:tcBorders>
          </w:tcPr>
          <w:p>
            <w:pPr>
              <w:spacing w:after="0"/>
            </w:pPr>
            <w:r>
              <w:rPr>
                <w:rFonts w:ascii="Nirmala UI" w:hAnsi="Nirmala UI" w:eastAsia="Nirmala UI" w:cs="Nirmala UI"/>
                <w:b/>
                <w:color w:val="17241F"/>
                <w:sz w:val="20"/>
                <w:bCs/>
                <w:szCs w:val="20"/>
                <w:lang w:val="en-GB" w:bidi="bn-BD"/>
              </w:rPr>
              <w:t>বয়স বা জন্মসাল</w:t>
            </w:r>
          </w:p>
        </w:tc>
        <w:tc>
          <w:tcPr>
            <w:tcW w:type="dxa" w:w="6576"/>
            <w:tcBorders>
              <w:top w:val="nil"/>
              <w:left w:val="nil"/>
              <w:bottom w:val="single" w:sz="6" w:color="A9BDB4" w:space="0"/>
              <w:right w:val="nil"/>
            </w:tcBorders>
          </w:tcPr>
          <w:p/>
        </w:tc>
      </w:tr>
      <w:tr>
        <w:trPr>
          <w:trHeight w:val="510"/>
        </w:trPr>
        <w:tc>
          <w:tcPr>
            <w:tcW w:type="dxa" w:w="3628"/>
            <w:tcBorders>
              <w:top w:val="nil"/>
              <w:left w:val="nil"/>
              <w:bottom w:val="single" w:sz="4" w:color="E3ECE7" w:space="0"/>
              <w:right w:val="nil"/>
            </w:tcBorders>
          </w:tcPr>
          <w:p>
            <w:pPr>
              <w:spacing w:after="0"/>
            </w:pPr>
            <w:r>
              <w:rPr>
                <w:rFonts w:ascii="Nirmala UI" w:hAnsi="Nirmala UI" w:eastAsia="Nirmala UI" w:cs="Nirmala UI"/>
                <w:b/>
                <w:color w:val="17241F"/>
                <w:sz w:val="20"/>
                <w:bCs/>
                <w:szCs w:val="20"/>
                <w:lang w:val="en-GB" w:bidi="bn-BD"/>
              </w:rPr>
              <w:t>উচ্চতা</w:t>
            </w:r>
          </w:p>
        </w:tc>
        <w:tc>
          <w:tcPr>
            <w:tcW w:type="dxa" w:w="6576"/>
            <w:tcBorders>
              <w:top w:val="nil"/>
              <w:left w:val="nil"/>
              <w:bottom w:val="single" w:sz="6" w:color="A9BDB4" w:space="0"/>
              <w:right w:val="nil"/>
            </w:tcBorders>
          </w:tcPr>
          <w:p/>
        </w:tc>
      </w:tr>
      <w:tr>
        <w:trPr>
          <w:trHeight w:val="510"/>
        </w:trPr>
        <w:tc>
          <w:tcPr>
            <w:tcW w:type="dxa" w:w="3628"/>
            <w:tcBorders>
              <w:top w:val="nil"/>
              <w:left w:val="nil"/>
              <w:bottom w:val="single" w:sz="4" w:color="E3ECE7" w:space="0"/>
              <w:right w:val="nil"/>
            </w:tcBorders>
          </w:tcPr>
          <w:p>
            <w:pPr>
              <w:spacing w:after="0"/>
            </w:pPr>
            <w:r>
              <w:rPr>
                <w:rFonts w:ascii="Nirmala UI" w:hAnsi="Nirmala UI" w:eastAsia="Nirmala UI" w:cs="Nirmala UI"/>
                <w:b/>
                <w:color w:val="17241F"/>
                <w:sz w:val="20"/>
                <w:bCs/>
                <w:szCs w:val="20"/>
                <w:lang w:val="en-GB" w:bidi="bn-BD"/>
              </w:rPr>
              <w:t>বৈবাহিক অবস্থা</w:t>
            </w:r>
          </w:p>
          <w:p>
            <w:pPr>
              <w:spacing w:after="20" w:before="0"/>
            </w:pPr>
            <w:r>
              <w:rPr>
                <w:rFonts w:ascii="Nirmala UI" w:hAnsi="Nirmala UI" w:eastAsia="Nirmala UI" w:cs="Nirmala UI"/>
                <w:b w:val="0"/>
                <w:color w:val="55665F"/>
                <w:sz w:val="16"/>
                <w:szCs w:val="16"/>
                <w:lang w:val="en-GB" w:bidi="bn-BD"/>
              </w:rPr>
              <w:t>অবিবাহিত · বিবাহবিচ্ছিন্ন · বিধবা · বিপত্নীক</w:t>
            </w:r>
          </w:p>
        </w:tc>
        <w:tc>
          <w:tcPr>
            <w:tcW w:type="dxa" w:w="6576"/>
            <w:tcBorders>
              <w:top w:val="nil"/>
              <w:left w:val="nil"/>
              <w:bottom w:val="single" w:sz="6" w:color="A9BDB4" w:space="0"/>
              <w:right w:val="nil"/>
            </w:tcBorders>
          </w:tcPr>
          <w:p/>
        </w:tc>
      </w:tr>
      <w:tr>
        <w:trPr>
          <w:trHeight w:val="510"/>
        </w:trPr>
        <w:tc>
          <w:tcPr>
            <w:tcW w:type="dxa" w:w="3628"/>
            <w:tcBorders>
              <w:top w:val="nil"/>
              <w:left w:val="nil"/>
              <w:bottom w:val="single" w:sz="4" w:color="E3ECE7" w:space="0"/>
              <w:right w:val="nil"/>
            </w:tcBorders>
          </w:tcPr>
          <w:p>
            <w:pPr>
              <w:spacing w:after="0"/>
            </w:pPr>
            <w:r>
              <w:rPr>
                <w:rFonts w:ascii="Nirmala UI" w:hAnsi="Nirmala UI" w:eastAsia="Nirmala UI" w:cs="Nirmala UI"/>
                <w:b/>
                <w:color w:val="17241F"/>
                <w:sz w:val="20"/>
                <w:bCs/>
                <w:szCs w:val="20"/>
                <w:lang w:val="en-GB" w:bidi="bn-BD"/>
              </w:rPr>
              <w:t>সন্তান</w:t>
            </w:r>
          </w:p>
          <w:p>
            <w:pPr>
              <w:spacing w:after="20" w:before="0"/>
            </w:pPr>
            <w:r>
              <w:rPr>
                <w:rFonts w:ascii="Nirmala UI" w:hAnsi="Nirmala UI" w:eastAsia="Nirmala UI" w:cs="Nirmala UI"/>
                <w:b w:val="0"/>
                <w:color w:val="55665F"/>
                <w:sz w:val="16"/>
                <w:szCs w:val="16"/>
                <w:lang w:val="en-GB" w:bidi="bn-BD"/>
              </w:rPr>
              <w:t>যদি থাকে, আর কার সাথে থাকে</w:t>
            </w:r>
          </w:p>
        </w:tc>
        <w:tc>
          <w:tcPr>
            <w:tcW w:type="dxa" w:w="6576"/>
            <w:tcBorders>
              <w:top w:val="nil"/>
              <w:left w:val="nil"/>
              <w:bottom w:val="single" w:sz="6" w:color="A9BDB4" w:space="0"/>
              <w:right w:val="nil"/>
            </w:tcBorders>
          </w:tcPr>
          <w:p/>
        </w:tc>
      </w:tr>
    </w:tbl>
    <w:p>
      <w:pPr>
        <w:spacing w:after="60" w:before="180"/>
        <w:keepNext/>
        <w:pBdr>
          <w:top w:val="nil"/>
          <w:left w:val="nil"/>
          <w:bottom w:val="single" w:sz="10" w:color="F4AF38" w:space="0"/>
          <w:right w:val="nil"/>
        </w:pBdr>
      </w:pPr>
      <w:r>
        <w:rPr>
          <w:rFonts w:ascii="Nirmala UI" w:hAnsi="Nirmala UI" w:eastAsia="Nirmala UI" w:cs="Nirmala UI"/>
          <w:b/>
          <w:color w:val="0E5D4C"/>
          <w:sz w:val="24"/>
          <w:bCs/>
          <w:szCs w:val="24"/>
          <w:lang w:val="en-GB" w:bidi="bn-BD"/>
        </w:rPr>
        <w:t>২. কোথায় থাকি</w:t>
      </w:r>
    </w:p>
    <w:tbl>
      <w:tblPr>
        <w:tblW w:type="dxa" w:w="10206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628"/>
        <w:gridCol w:w="6577"/>
      </w:tblGrid>
      <w:tr>
        <w:trPr>
          <w:trHeight w:val="510"/>
        </w:trPr>
        <w:tc>
          <w:tcPr>
            <w:tcW w:type="dxa" w:w="3628"/>
            <w:tcBorders>
              <w:top w:val="nil"/>
              <w:left w:val="nil"/>
              <w:bottom w:val="single" w:sz="4" w:color="E3ECE7" w:space="0"/>
              <w:right w:val="nil"/>
            </w:tcBorders>
          </w:tcPr>
          <w:p>
            <w:pPr>
              <w:spacing w:after="0"/>
            </w:pPr>
            <w:r>
              <w:rPr>
                <w:rFonts w:ascii="Nirmala UI" w:hAnsi="Nirmala UI" w:eastAsia="Nirmala UI" w:cs="Nirmala UI"/>
                <w:b/>
                <w:color w:val="17241F"/>
                <w:sz w:val="20"/>
                <w:bCs/>
                <w:szCs w:val="20"/>
                <w:lang w:val="en-GB" w:bidi="bn-BD"/>
              </w:rPr>
              <w:t>শহর ও দেশ</w:t>
            </w:r>
          </w:p>
          <w:p>
            <w:pPr>
              <w:spacing w:after="20" w:before="0"/>
            </w:pPr>
            <w:r>
              <w:rPr>
                <w:rFonts w:ascii="Nirmala UI" w:hAnsi="Nirmala UI" w:eastAsia="Nirmala UI" w:cs="Nirmala UI"/>
                <w:b w:val="0"/>
                <w:color w:val="55665F"/>
                <w:sz w:val="16"/>
                <w:szCs w:val="16"/>
                <w:lang w:val="en-GB" w:bidi="bn-BD"/>
              </w:rPr>
              <w:t>ঠিকানা নয়</w:t>
            </w:r>
          </w:p>
        </w:tc>
        <w:tc>
          <w:tcPr>
            <w:tcW w:type="dxa" w:w="6576"/>
            <w:tcBorders>
              <w:top w:val="nil"/>
              <w:left w:val="nil"/>
              <w:bottom w:val="single" w:sz="6" w:color="A9BDB4" w:space="0"/>
              <w:right w:val="nil"/>
            </w:tcBorders>
          </w:tcPr>
          <w:p/>
        </w:tc>
      </w:tr>
      <w:tr>
        <w:trPr>
          <w:trHeight w:val="510"/>
        </w:trPr>
        <w:tc>
          <w:tcPr>
            <w:tcW w:type="dxa" w:w="3628"/>
            <w:tcBorders>
              <w:top w:val="nil"/>
              <w:left w:val="nil"/>
              <w:bottom w:val="single" w:sz="4" w:color="E3ECE7" w:space="0"/>
              <w:right w:val="nil"/>
            </w:tcBorders>
          </w:tcPr>
          <w:p>
            <w:pPr>
              <w:spacing w:after="0"/>
            </w:pPr>
            <w:r>
              <w:rPr>
                <w:rFonts w:ascii="Nirmala UI" w:hAnsi="Nirmala UI" w:eastAsia="Nirmala UI" w:cs="Nirmala UI"/>
                <w:b/>
                <w:color w:val="17241F"/>
                <w:sz w:val="20"/>
                <w:bCs/>
                <w:szCs w:val="20"/>
                <w:lang w:val="en-GB" w:bidi="bn-BD"/>
              </w:rPr>
              <w:t>নিজ জেলা</w:t>
            </w:r>
          </w:p>
          <w:p>
            <w:pPr>
              <w:spacing w:after="20" w:before="0"/>
            </w:pPr>
            <w:r>
              <w:rPr>
                <w:rFonts w:ascii="Nirmala UI" w:hAnsi="Nirmala UI" w:eastAsia="Nirmala UI" w:cs="Nirmala UI"/>
                <w:b w:val="0"/>
                <w:color w:val="55665F"/>
                <w:sz w:val="16"/>
                <w:szCs w:val="16"/>
                <w:lang w:val="en-GB" w:bidi="bn-BD"/>
              </w:rPr>
              <w:t>স্বস্তি বোধ করলে তবেই উপজেলা</w:t>
            </w:r>
          </w:p>
        </w:tc>
        <w:tc>
          <w:tcPr>
            <w:tcW w:type="dxa" w:w="6576"/>
            <w:tcBorders>
              <w:top w:val="nil"/>
              <w:left w:val="nil"/>
              <w:bottom w:val="single" w:sz="6" w:color="A9BDB4" w:space="0"/>
              <w:right w:val="nil"/>
            </w:tcBorders>
          </w:tcPr>
          <w:p/>
        </w:tc>
      </w:tr>
      <w:tr>
        <w:trPr>
          <w:trHeight w:val="510"/>
        </w:trPr>
        <w:tc>
          <w:tcPr>
            <w:tcW w:type="dxa" w:w="3628"/>
            <w:tcBorders>
              <w:top w:val="nil"/>
              <w:left w:val="nil"/>
              <w:bottom w:val="single" w:sz="4" w:color="E3ECE7" w:space="0"/>
              <w:right w:val="nil"/>
            </w:tcBorders>
          </w:tcPr>
          <w:p>
            <w:pPr>
              <w:spacing w:after="0"/>
            </w:pPr>
            <w:r>
              <w:rPr>
                <w:rFonts w:ascii="Nirmala UI" w:hAnsi="Nirmala UI" w:eastAsia="Nirmala UI" w:cs="Nirmala UI"/>
                <w:b/>
                <w:color w:val="17241F"/>
                <w:sz w:val="20"/>
                <w:bCs/>
                <w:szCs w:val="20"/>
                <w:lang w:val="en-GB" w:bidi="bn-BD"/>
              </w:rPr>
              <w:t>অন্য জায়গায় যেতে আগ্রহী?</w:t>
            </w:r>
          </w:p>
        </w:tc>
        <w:tc>
          <w:tcPr>
            <w:tcW w:type="dxa" w:w="6576"/>
            <w:tcBorders>
              <w:top w:val="nil"/>
              <w:left w:val="nil"/>
              <w:bottom w:val="single" w:sz="6" w:color="A9BDB4" w:space="0"/>
              <w:right w:val="nil"/>
            </w:tcBorders>
          </w:tcPr>
          <w:p/>
        </w:tc>
      </w:tr>
    </w:tbl>
    <w:p>
      <w:pPr>
        <w:spacing w:after="60" w:before="180"/>
        <w:keepNext/>
        <w:pBdr>
          <w:top w:val="nil"/>
          <w:left w:val="nil"/>
          <w:bottom w:val="single" w:sz="10" w:color="F4AF38" w:space="0"/>
          <w:right w:val="nil"/>
        </w:pBdr>
      </w:pPr>
      <w:r>
        <w:rPr>
          <w:rFonts w:ascii="Nirmala UI" w:hAnsi="Nirmala UI" w:eastAsia="Nirmala UI" w:cs="Nirmala UI"/>
          <w:b/>
          <w:color w:val="0E5D4C"/>
          <w:sz w:val="24"/>
          <w:bCs/>
          <w:szCs w:val="24"/>
          <w:lang w:val="en-GB" w:bidi="bn-BD"/>
        </w:rPr>
        <w:t>৩. ধর্মীয় জীবন</w:t>
      </w:r>
    </w:p>
    <w:tbl>
      <w:tblPr>
        <w:tblW w:type="dxa" w:w="10206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628"/>
        <w:gridCol w:w="6577"/>
      </w:tblGrid>
      <w:tr>
        <w:trPr>
          <w:trHeight w:val="510"/>
        </w:trPr>
        <w:tc>
          <w:tcPr>
            <w:tcW w:type="dxa" w:w="3628"/>
            <w:tcBorders>
              <w:top w:val="nil"/>
              <w:left w:val="nil"/>
              <w:bottom w:val="single" w:sz="4" w:color="E3ECE7" w:space="0"/>
              <w:right w:val="nil"/>
            </w:tcBorders>
          </w:tcPr>
          <w:p>
            <w:pPr>
              <w:spacing w:after="0"/>
            </w:pPr>
            <w:r>
              <w:rPr>
                <w:rFonts w:ascii="Nirmala UI" w:hAnsi="Nirmala UI" w:eastAsia="Nirmala UI" w:cs="Nirmala UI"/>
                <w:b/>
                <w:color w:val="17241F"/>
                <w:sz w:val="20"/>
                <w:bCs/>
                <w:szCs w:val="20"/>
                <w:lang w:val="en-GB" w:bidi="bn-BD"/>
              </w:rPr>
              <w:t>নামাজ</w:t>
            </w:r>
          </w:p>
        </w:tc>
        <w:tc>
          <w:tcPr>
            <w:tcW w:type="dxa" w:w="6576"/>
            <w:tcBorders>
              <w:top w:val="nil"/>
              <w:left w:val="nil"/>
              <w:bottom w:val="single" w:sz="6" w:color="A9BDB4" w:space="0"/>
              <w:right w:val="nil"/>
            </w:tcBorders>
          </w:tcPr>
          <w:p/>
        </w:tc>
      </w:tr>
      <w:tr>
        <w:trPr>
          <w:trHeight w:val="510"/>
        </w:trPr>
        <w:tc>
          <w:tcPr>
            <w:tcW w:type="dxa" w:w="3628"/>
            <w:tcBorders>
              <w:top w:val="nil"/>
              <w:left w:val="nil"/>
              <w:bottom w:val="single" w:sz="4" w:color="E3ECE7" w:space="0"/>
              <w:right w:val="nil"/>
            </w:tcBorders>
          </w:tcPr>
          <w:p>
            <w:pPr>
              <w:spacing w:after="0"/>
            </w:pPr>
            <w:r>
              <w:rPr>
                <w:rFonts w:ascii="Nirmala UI" w:hAnsi="Nirmala UI" w:eastAsia="Nirmala UI" w:cs="Nirmala UI"/>
                <w:b/>
                <w:color w:val="17241F"/>
                <w:sz w:val="20"/>
                <w:bCs/>
                <w:szCs w:val="20"/>
                <w:lang w:val="en-GB" w:bidi="bn-BD"/>
              </w:rPr>
              <w:t>কুরআন তিলাওয়াত</w:t>
            </w:r>
          </w:p>
        </w:tc>
        <w:tc>
          <w:tcPr>
            <w:tcW w:type="dxa" w:w="6576"/>
            <w:tcBorders>
              <w:top w:val="nil"/>
              <w:left w:val="nil"/>
              <w:bottom w:val="single" w:sz="6" w:color="A9BDB4" w:space="0"/>
              <w:right w:val="nil"/>
            </w:tcBorders>
          </w:tcPr>
          <w:p/>
        </w:tc>
      </w:tr>
      <w:tr>
        <w:trPr>
          <w:trHeight w:val="510"/>
        </w:trPr>
        <w:tc>
          <w:tcPr>
            <w:tcW w:type="dxa" w:w="3628"/>
            <w:tcBorders>
              <w:top w:val="nil"/>
              <w:left w:val="nil"/>
              <w:bottom w:val="single" w:sz="4" w:color="E3ECE7" w:space="0"/>
              <w:right w:val="nil"/>
            </w:tcBorders>
          </w:tcPr>
          <w:p>
            <w:pPr>
              <w:spacing w:after="0"/>
            </w:pPr>
            <w:r>
              <w:rPr>
                <w:rFonts w:ascii="Nirmala UI" w:hAnsi="Nirmala UI" w:eastAsia="Nirmala UI" w:cs="Nirmala UI"/>
                <w:b/>
                <w:color w:val="17241F"/>
                <w:sz w:val="20"/>
                <w:bCs/>
                <w:szCs w:val="20"/>
                <w:lang w:val="en-GB" w:bidi="bn-BD"/>
              </w:rPr>
              <w:t>হিজাব বা দাড়ি</w:t>
            </w:r>
          </w:p>
          <w:p>
            <w:pPr>
              <w:spacing w:after="20" w:before="0"/>
            </w:pPr>
            <w:r>
              <w:rPr>
                <w:rFonts w:ascii="Nirmala UI" w:hAnsi="Nirmala UI" w:eastAsia="Nirmala UI" w:cs="Nirmala UI"/>
                <w:b w:val="0"/>
                <w:color w:val="55665F"/>
                <w:sz w:val="16"/>
                <w:szCs w:val="16"/>
                <w:lang w:val="en-GB" w:bidi="bn-BD"/>
              </w:rPr>
              <w:t>প্রযোজ্য হলে</w:t>
            </w:r>
          </w:p>
        </w:tc>
        <w:tc>
          <w:tcPr>
            <w:tcW w:type="dxa" w:w="6576"/>
            <w:tcBorders>
              <w:top w:val="nil"/>
              <w:left w:val="nil"/>
              <w:bottom w:val="single" w:sz="6" w:color="A9BDB4" w:space="0"/>
              <w:right w:val="nil"/>
            </w:tcBorders>
          </w:tcPr>
          <w:p/>
        </w:tc>
      </w:tr>
      <w:tr>
        <w:trPr>
          <w:trHeight w:val="510"/>
        </w:trPr>
        <w:tc>
          <w:tcPr>
            <w:tcW w:type="dxa" w:w="3628"/>
            <w:tcBorders>
              <w:top w:val="nil"/>
              <w:left w:val="nil"/>
              <w:bottom w:val="single" w:sz="4" w:color="E3ECE7" w:space="0"/>
              <w:right w:val="nil"/>
            </w:tcBorders>
          </w:tcPr>
          <w:p>
            <w:pPr>
              <w:spacing w:after="0"/>
            </w:pPr>
            <w:r>
              <w:rPr>
                <w:rFonts w:ascii="Nirmala UI" w:hAnsi="Nirmala UI" w:eastAsia="Nirmala UI" w:cs="Nirmala UI"/>
                <w:b/>
                <w:color w:val="17241F"/>
                <w:sz w:val="20"/>
                <w:bCs/>
                <w:szCs w:val="20"/>
                <w:lang w:val="en-GB" w:bidi="bn-BD"/>
              </w:rPr>
              <w:t>হালাল খাবার</w:t>
            </w:r>
          </w:p>
        </w:tc>
        <w:tc>
          <w:tcPr>
            <w:tcW w:type="dxa" w:w="6576"/>
            <w:tcBorders>
              <w:top w:val="nil"/>
              <w:left w:val="nil"/>
              <w:bottom w:val="single" w:sz="6" w:color="A9BDB4" w:space="0"/>
              <w:right w:val="nil"/>
            </w:tcBorders>
          </w:tcPr>
          <w:p/>
        </w:tc>
      </w:tr>
      <w:tr>
        <w:trPr>
          <w:trHeight w:val="510"/>
        </w:trPr>
        <w:tc>
          <w:tcPr>
            <w:tcW w:type="dxa" w:w="3628"/>
            <w:tcBorders>
              <w:top w:val="nil"/>
              <w:left w:val="nil"/>
              <w:bottom w:val="single" w:sz="4" w:color="E3ECE7" w:space="0"/>
              <w:right w:val="nil"/>
            </w:tcBorders>
          </w:tcPr>
          <w:p>
            <w:pPr>
              <w:spacing w:after="0"/>
            </w:pPr>
            <w:r>
              <w:rPr>
                <w:rFonts w:ascii="Nirmala UI" w:hAnsi="Nirmala UI" w:eastAsia="Nirmala UI" w:cs="Nirmala UI"/>
                <w:b/>
                <w:color w:val="17241F"/>
                <w:sz w:val="20"/>
                <w:bCs/>
                <w:szCs w:val="20"/>
                <w:lang w:val="en-GB" w:bidi="bn-BD"/>
              </w:rPr>
              <w:t>মাযহাব</w:t>
            </w:r>
          </w:p>
          <w:p>
            <w:pPr>
              <w:spacing w:after="20" w:before="0"/>
            </w:pPr>
            <w:r>
              <w:rPr>
                <w:rFonts w:ascii="Nirmala UI" w:hAnsi="Nirmala UI" w:eastAsia="Nirmala UI" w:cs="Nirmala UI"/>
                <w:b w:val="0"/>
                <w:color w:val="55665F"/>
                <w:sz w:val="16"/>
                <w:szCs w:val="16"/>
                <w:lang w:val="en-GB" w:bidi="bn-BD"/>
              </w:rPr>
              <w:t>ঐচ্ছিক</w:t>
            </w:r>
          </w:p>
        </w:tc>
        <w:tc>
          <w:tcPr>
            <w:tcW w:type="dxa" w:w="6576"/>
            <w:tcBorders>
              <w:top w:val="nil"/>
              <w:left w:val="nil"/>
              <w:bottom w:val="single" w:sz="6" w:color="A9BDB4" w:space="0"/>
              <w:right w:val="nil"/>
            </w:tcBorders>
          </w:tcPr>
          <w:p/>
        </w:tc>
      </w:tr>
    </w:tbl>
    <w:p>
      <w:pPr>
        <w:spacing w:after="60" w:before="180"/>
        <w:keepNext/>
        <w:pBdr>
          <w:top w:val="nil"/>
          <w:left w:val="nil"/>
          <w:bottom w:val="single" w:sz="10" w:color="F4AF38" w:space="0"/>
          <w:right w:val="nil"/>
        </w:pBdr>
      </w:pPr>
      <w:r>
        <w:rPr>
          <w:rFonts w:ascii="Nirmala UI" w:hAnsi="Nirmala UI" w:eastAsia="Nirmala UI" w:cs="Nirmala UI"/>
          <w:b/>
          <w:color w:val="0E5D4C"/>
          <w:sz w:val="24"/>
          <w:bCs/>
          <w:szCs w:val="24"/>
          <w:lang w:val="en-GB" w:bidi="bn-BD"/>
        </w:rPr>
        <w:t>৪. শিক্ষা</w:t>
      </w:r>
    </w:p>
    <w:tbl>
      <w:tblPr>
        <w:tblW w:type="dxa" w:w="10206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628"/>
        <w:gridCol w:w="6577"/>
      </w:tblGrid>
      <w:tr>
        <w:trPr>
          <w:trHeight w:val="510"/>
        </w:trPr>
        <w:tc>
          <w:tcPr>
            <w:tcW w:type="dxa" w:w="3628"/>
            <w:tcBorders>
              <w:top w:val="nil"/>
              <w:left w:val="nil"/>
              <w:bottom w:val="single" w:sz="4" w:color="E3ECE7" w:space="0"/>
              <w:right w:val="nil"/>
            </w:tcBorders>
          </w:tcPr>
          <w:p>
            <w:pPr>
              <w:spacing w:after="0"/>
            </w:pPr>
            <w:r>
              <w:rPr>
                <w:rFonts w:ascii="Nirmala UI" w:hAnsi="Nirmala UI" w:eastAsia="Nirmala UI" w:cs="Nirmala UI"/>
                <w:b/>
                <w:color w:val="17241F"/>
                <w:sz w:val="20"/>
                <w:bCs/>
                <w:szCs w:val="20"/>
                <w:lang w:val="en-GB" w:bidi="bn-BD"/>
              </w:rPr>
              <w:t>সর্বোচ্চ ডিগ্রি</w:t>
            </w:r>
          </w:p>
        </w:tc>
        <w:tc>
          <w:tcPr>
            <w:tcW w:type="dxa" w:w="6576"/>
            <w:tcBorders>
              <w:top w:val="nil"/>
              <w:left w:val="nil"/>
              <w:bottom w:val="single" w:sz="6" w:color="A9BDB4" w:space="0"/>
              <w:right w:val="nil"/>
            </w:tcBorders>
          </w:tcPr>
          <w:p/>
        </w:tc>
      </w:tr>
      <w:tr>
        <w:trPr>
          <w:trHeight w:val="510"/>
        </w:trPr>
        <w:tc>
          <w:tcPr>
            <w:tcW w:type="dxa" w:w="3628"/>
            <w:tcBorders>
              <w:top w:val="nil"/>
              <w:left w:val="nil"/>
              <w:bottom w:val="single" w:sz="4" w:color="E3ECE7" w:space="0"/>
              <w:right w:val="nil"/>
            </w:tcBorders>
          </w:tcPr>
          <w:p>
            <w:pPr>
              <w:spacing w:after="0"/>
            </w:pPr>
            <w:r>
              <w:rPr>
                <w:rFonts w:ascii="Nirmala UI" w:hAnsi="Nirmala UI" w:eastAsia="Nirmala UI" w:cs="Nirmala UI"/>
                <w:b/>
                <w:color w:val="17241F"/>
                <w:sz w:val="20"/>
                <w:bCs/>
                <w:szCs w:val="20"/>
                <w:lang w:val="en-GB" w:bidi="bn-BD"/>
              </w:rPr>
              <w:t>বিষয়</w:t>
            </w:r>
          </w:p>
        </w:tc>
        <w:tc>
          <w:tcPr>
            <w:tcW w:type="dxa" w:w="6576"/>
            <w:tcBorders>
              <w:top w:val="nil"/>
              <w:left w:val="nil"/>
              <w:bottom w:val="single" w:sz="6" w:color="A9BDB4" w:space="0"/>
              <w:right w:val="nil"/>
            </w:tcBorders>
          </w:tcPr>
          <w:p/>
        </w:tc>
      </w:tr>
      <w:tr>
        <w:trPr>
          <w:trHeight w:val="510"/>
        </w:trPr>
        <w:tc>
          <w:tcPr>
            <w:tcW w:type="dxa" w:w="3628"/>
            <w:tcBorders>
              <w:top w:val="nil"/>
              <w:left w:val="nil"/>
              <w:bottom w:val="single" w:sz="4" w:color="E3ECE7" w:space="0"/>
              <w:right w:val="nil"/>
            </w:tcBorders>
          </w:tcPr>
          <w:p>
            <w:pPr>
              <w:spacing w:after="0"/>
            </w:pPr>
            <w:r>
              <w:rPr>
                <w:rFonts w:ascii="Nirmala UI" w:hAnsi="Nirmala UI" w:eastAsia="Nirmala UI" w:cs="Nirmala UI"/>
                <w:b/>
                <w:color w:val="17241F"/>
                <w:sz w:val="20"/>
                <w:bCs/>
                <w:szCs w:val="20"/>
                <w:lang w:val="en-GB" w:bidi="bn-BD"/>
              </w:rPr>
              <w:t>প্রতিষ্ঠান</w:t>
            </w:r>
          </w:p>
          <w:p>
            <w:pPr>
              <w:spacing w:after="20" w:before="0"/>
            </w:pPr>
            <w:r>
              <w:rPr>
                <w:rFonts w:ascii="Nirmala UI" w:hAnsi="Nirmala UI" w:eastAsia="Nirmala UI" w:cs="Nirmala UI"/>
                <w:b w:val="0"/>
                <w:color w:val="55665F"/>
                <w:sz w:val="16"/>
                <w:szCs w:val="16"/>
                <w:lang w:val="en-GB" w:bidi="bn-BD"/>
              </w:rPr>
              <w:t>ঐচ্ছিক</w:t>
            </w:r>
          </w:p>
        </w:tc>
        <w:tc>
          <w:tcPr>
            <w:tcW w:type="dxa" w:w="6576"/>
            <w:tcBorders>
              <w:top w:val="nil"/>
              <w:left w:val="nil"/>
              <w:bottom w:val="single" w:sz="6" w:color="A9BDB4" w:space="0"/>
              <w:right w:val="nil"/>
            </w:tcBorders>
          </w:tcPr>
          <w:p/>
        </w:tc>
      </w:tr>
    </w:tbl>
    <w:p>
      <w:pPr>
        <w:spacing w:after="60" w:before="180"/>
        <w:keepNext/>
        <w:pBdr>
          <w:top w:val="nil"/>
          <w:left w:val="nil"/>
          <w:bottom w:val="single" w:sz="10" w:color="F4AF38" w:space="0"/>
          <w:right w:val="nil"/>
        </w:pBdr>
      </w:pPr>
      <w:r>
        <w:rPr>
          <w:rFonts w:ascii="Nirmala UI" w:hAnsi="Nirmala UI" w:eastAsia="Nirmala UI" w:cs="Nirmala UI"/>
          <w:b/>
          <w:color w:val="0E5D4C"/>
          <w:sz w:val="24"/>
          <w:bCs/>
          <w:szCs w:val="24"/>
          <w:lang w:val="en-GB" w:bidi="bn-BD"/>
        </w:rPr>
        <w:t>৫. পেশা</w:t>
      </w:r>
    </w:p>
    <w:tbl>
      <w:tblPr>
        <w:tblW w:type="dxa" w:w="10206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628"/>
        <w:gridCol w:w="6577"/>
      </w:tblGrid>
      <w:tr>
        <w:trPr>
          <w:trHeight w:val="510"/>
        </w:trPr>
        <w:tc>
          <w:tcPr>
            <w:tcW w:type="dxa" w:w="3628"/>
            <w:tcBorders>
              <w:top w:val="nil"/>
              <w:left w:val="nil"/>
              <w:bottom w:val="single" w:sz="4" w:color="E3ECE7" w:space="0"/>
              <w:right w:val="nil"/>
            </w:tcBorders>
          </w:tcPr>
          <w:p>
            <w:pPr>
              <w:spacing w:after="0"/>
            </w:pPr>
            <w:r>
              <w:rPr>
                <w:rFonts w:ascii="Nirmala UI" w:hAnsi="Nirmala UI" w:eastAsia="Nirmala UI" w:cs="Nirmala UI"/>
                <w:b/>
                <w:color w:val="17241F"/>
                <w:sz w:val="20"/>
                <w:bCs/>
                <w:szCs w:val="20"/>
                <w:lang w:val="en-GB" w:bidi="bn-BD"/>
              </w:rPr>
              <w:t>কী করি</w:t>
            </w:r>
          </w:p>
        </w:tc>
        <w:tc>
          <w:tcPr>
            <w:tcW w:type="dxa" w:w="6576"/>
            <w:tcBorders>
              <w:top w:val="nil"/>
              <w:left w:val="nil"/>
              <w:bottom w:val="single" w:sz="6" w:color="A9BDB4" w:space="0"/>
              <w:right w:val="nil"/>
            </w:tcBorders>
          </w:tcPr>
          <w:p/>
        </w:tc>
      </w:tr>
      <w:tr>
        <w:trPr>
          <w:trHeight w:val="510"/>
        </w:trPr>
        <w:tc>
          <w:tcPr>
            <w:tcW w:type="dxa" w:w="3628"/>
            <w:tcBorders>
              <w:top w:val="nil"/>
              <w:left w:val="nil"/>
              <w:bottom w:val="single" w:sz="4" w:color="E3ECE7" w:space="0"/>
              <w:right w:val="nil"/>
            </w:tcBorders>
          </w:tcPr>
          <w:p>
            <w:pPr>
              <w:spacing w:after="0"/>
            </w:pPr>
            <w:r>
              <w:rPr>
                <w:rFonts w:ascii="Nirmala UI" w:hAnsi="Nirmala UI" w:eastAsia="Nirmala UI" w:cs="Nirmala UI"/>
                <w:b/>
                <w:color w:val="17241F"/>
                <w:sz w:val="20"/>
                <w:bCs/>
                <w:szCs w:val="20"/>
                <w:lang w:val="en-GB" w:bidi="bn-BD"/>
              </w:rPr>
              <w:t>প্রতিষ্ঠান</w:t>
            </w:r>
          </w:p>
          <w:p>
            <w:pPr>
              <w:spacing w:after="20" w:before="0"/>
            </w:pPr>
            <w:r>
              <w:rPr>
                <w:rFonts w:ascii="Nirmala UI" w:hAnsi="Nirmala UI" w:eastAsia="Nirmala UI" w:cs="Nirmala UI"/>
                <w:b w:val="0"/>
                <w:color w:val="55665F"/>
                <w:sz w:val="16"/>
                <w:szCs w:val="16"/>
                <w:lang w:val="en-GB" w:bidi="bn-BD"/>
              </w:rPr>
              <w:t>ঐচ্ছিক</w:t>
            </w:r>
          </w:p>
        </w:tc>
        <w:tc>
          <w:tcPr>
            <w:tcW w:type="dxa" w:w="6576"/>
            <w:tcBorders>
              <w:top w:val="nil"/>
              <w:left w:val="nil"/>
              <w:bottom w:val="single" w:sz="6" w:color="A9BDB4" w:space="0"/>
              <w:right w:val="nil"/>
            </w:tcBorders>
          </w:tcPr>
          <w:p/>
        </w:tc>
      </w:tr>
      <w:tr>
        <w:trPr>
          <w:trHeight w:val="510"/>
        </w:trPr>
        <w:tc>
          <w:tcPr>
            <w:tcW w:type="dxa" w:w="3628"/>
            <w:tcBorders>
              <w:top w:val="nil"/>
              <w:left w:val="nil"/>
              <w:bottom w:val="single" w:sz="4" w:color="E3ECE7" w:space="0"/>
              <w:right w:val="nil"/>
            </w:tcBorders>
          </w:tcPr>
          <w:p>
            <w:pPr>
              <w:spacing w:after="0"/>
            </w:pPr>
            <w:r>
              <w:rPr>
                <w:rFonts w:ascii="Nirmala UI" w:hAnsi="Nirmala UI" w:eastAsia="Nirmala UI" w:cs="Nirmala UI"/>
                <w:b/>
                <w:color w:val="17241F"/>
                <w:sz w:val="20"/>
                <w:bCs/>
                <w:szCs w:val="20"/>
                <w:lang w:val="en-GB" w:bidi="bn-BD"/>
              </w:rPr>
              <w:t>আয়ের সীমা</w:t>
            </w:r>
          </w:p>
          <w:p>
            <w:pPr>
              <w:spacing w:after="20" w:before="0"/>
            </w:pPr>
            <w:r>
              <w:rPr>
                <w:rFonts w:ascii="Nirmala UI" w:hAnsi="Nirmala UI" w:eastAsia="Nirmala UI" w:cs="Nirmala UI"/>
                <w:b w:val="0"/>
                <w:color w:val="55665F"/>
                <w:sz w:val="16"/>
                <w:szCs w:val="16"/>
                <w:lang w:val="en-GB" w:bidi="bn-BD"/>
              </w:rPr>
              <w:t>পরিবার চাইলে তবেই। কখনো বাড়িয়ে লিখবেন না</w:t>
            </w:r>
          </w:p>
        </w:tc>
        <w:tc>
          <w:tcPr>
            <w:tcW w:type="dxa" w:w="6576"/>
            <w:tcBorders>
              <w:top w:val="nil"/>
              <w:left w:val="nil"/>
              <w:bottom w:val="single" w:sz="6" w:color="A9BDB4" w:space="0"/>
              <w:right w:val="nil"/>
            </w:tcBorders>
          </w:tcPr>
          <w:p/>
        </w:tc>
      </w:tr>
    </w:tbl>
    <w:p>
      <w:pPr>
        <w:spacing w:after="60" w:before="180"/>
        <w:keepNext/>
        <w:pageBreakBefore/>
        <w:pBdr>
          <w:top w:val="nil"/>
          <w:left w:val="nil"/>
          <w:bottom w:val="single" w:sz="10" w:color="F4AF38" w:space="0"/>
          <w:right w:val="nil"/>
        </w:pBdr>
      </w:pPr>
      <w:r>
        <w:rPr>
          <w:rFonts w:ascii="Nirmala UI" w:hAnsi="Nirmala UI" w:eastAsia="Nirmala UI" w:cs="Nirmala UI"/>
          <w:b/>
          <w:color w:val="0E5D4C"/>
          <w:sz w:val="24"/>
          <w:bCs/>
          <w:szCs w:val="24"/>
          <w:lang w:val="en-GB" w:bidi="bn-BD"/>
        </w:rPr>
        <w:t>৬. পরিবার</w:t>
      </w:r>
    </w:p>
    <w:tbl>
      <w:tblPr>
        <w:tblW w:type="dxa" w:w="10206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628"/>
        <w:gridCol w:w="6577"/>
      </w:tblGrid>
      <w:tr>
        <w:trPr>
          <w:trHeight w:val="510"/>
        </w:trPr>
        <w:tc>
          <w:tcPr>
            <w:tcW w:type="dxa" w:w="3628"/>
            <w:tcBorders>
              <w:top w:val="nil"/>
              <w:left w:val="nil"/>
              <w:bottom w:val="single" w:sz="4" w:color="E3ECE7" w:space="0"/>
              <w:right w:val="nil"/>
            </w:tcBorders>
          </w:tcPr>
          <w:p>
            <w:pPr>
              <w:spacing w:after="0"/>
            </w:pPr>
            <w:r>
              <w:rPr>
                <w:rFonts w:ascii="Nirmala UI" w:hAnsi="Nirmala UI" w:eastAsia="Nirmala UI" w:cs="Nirmala UI"/>
                <w:b/>
                <w:color w:val="17241F"/>
                <w:sz w:val="20"/>
                <w:bCs/>
                <w:szCs w:val="20"/>
                <w:lang w:val="en-GB" w:bidi="bn-BD"/>
              </w:rPr>
              <w:t>বাবা</w:t>
            </w:r>
          </w:p>
          <w:p>
            <w:pPr>
              <w:spacing w:after="20" w:before="0"/>
            </w:pPr>
            <w:r>
              <w:rPr>
                <w:rFonts w:ascii="Nirmala UI" w:hAnsi="Nirmala UI" w:eastAsia="Nirmala UI" w:cs="Nirmala UI"/>
                <w:b w:val="0"/>
                <w:color w:val="55665F"/>
                <w:sz w:val="16"/>
                <w:szCs w:val="16"/>
                <w:lang w:val="en-GB" w:bidi="bn-BD"/>
              </w:rPr>
              <w:t>পেশা</w:t>
            </w:r>
          </w:p>
        </w:tc>
        <w:tc>
          <w:tcPr>
            <w:tcW w:type="dxa" w:w="6576"/>
            <w:tcBorders>
              <w:top w:val="nil"/>
              <w:left w:val="nil"/>
              <w:bottom w:val="single" w:sz="6" w:color="A9BDB4" w:space="0"/>
              <w:right w:val="nil"/>
            </w:tcBorders>
          </w:tcPr>
          <w:p/>
        </w:tc>
      </w:tr>
      <w:tr>
        <w:trPr>
          <w:trHeight w:val="510"/>
        </w:trPr>
        <w:tc>
          <w:tcPr>
            <w:tcW w:type="dxa" w:w="3628"/>
            <w:tcBorders>
              <w:top w:val="nil"/>
              <w:left w:val="nil"/>
              <w:bottom w:val="single" w:sz="4" w:color="E3ECE7" w:space="0"/>
              <w:right w:val="nil"/>
            </w:tcBorders>
          </w:tcPr>
          <w:p>
            <w:pPr>
              <w:spacing w:after="0"/>
            </w:pPr>
            <w:r>
              <w:rPr>
                <w:rFonts w:ascii="Nirmala UI" w:hAnsi="Nirmala UI" w:eastAsia="Nirmala UI" w:cs="Nirmala UI"/>
                <w:b/>
                <w:color w:val="17241F"/>
                <w:sz w:val="20"/>
                <w:bCs/>
                <w:szCs w:val="20"/>
                <w:lang w:val="en-GB" w:bidi="bn-BD"/>
              </w:rPr>
              <w:t>মা</w:t>
            </w:r>
          </w:p>
          <w:p>
            <w:pPr>
              <w:spacing w:after="20" w:before="0"/>
            </w:pPr>
            <w:r>
              <w:rPr>
                <w:rFonts w:ascii="Nirmala UI" w:hAnsi="Nirmala UI" w:eastAsia="Nirmala UI" w:cs="Nirmala UI"/>
                <w:b w:val="0"/>
                <w:color w:val="55665F"/>
                <w:sz w:val="16"/>
                <w:szCs w:val="16"/>
                <w:lang w:val="en-GB" w:bidi="bn-BD"/>
              </w:rPr>
              <w:t>পেশা</w:t>
            </w:r>
          </w:p>
        </w:tc>
        <w:tc>
          <w:tcPr>
            <w:tcW w:type="dxa" w:w="6576"/>
            <w:tcBorders>
              <w:top w:val="nil"/>
              <w:left w:val="nil"/>
              <w:bottom w:val="single" w:sz="6" w:color="A9BDB4" w:space="0"/>
              <w:right w:val="nil"/>
            </w:tcBorders>
          </w:tcPr>
          <w:p/>
        </w:tc>
      </w:tr>
      <w:tr>
        <w:trPr>
          <w:trHeight w:val="510"/>
        </w:trPr>
        <w:tc>
          <w:tcPr>
            <w:tcW w:type="dxa" w:w="3628"/>
            <w:tcBorders>
              <w:top w:val="nil"/>
              <w:left w:val="nil"/>
              <w:bottom w:val="single" w:sz="4" w:color="E3ECE7" w:space="0"/>
              <w:right w:val="nil"/>
            </w:tcBorders>
          </w:tcPr>
          <w:p>
            <w:pPr>
              <w:spacing w:after="0"/>
            </w:pPr>
            <w:r>
              <w:rPr>
                <w:rFonts w:ascii="Nirmala UI" w:hAnsi="Nirmala UI" w:eastAsia="Nirmala UI" w:cs="Nirmala UI"/>
                <w:b/>
                <w:color w:val="17241F"/>
                <w:sz w:val="20"/>
                <w:bCs/>
                <w:szCs w:val="20"/>
                <w:lang w:val="en-GB" w:bidi="bn-BD"/>
              </w:rPr>
              <w:t>ভাই-বোন</w:t>
            </w:r>
          </w:p>
          <w:p>
            <w:pPr>
              <w:spacing w:after="20" w:before="0"/>
            </w:pPr>
            <w:r>
              <w:rPr>
                <w:rFonts w:ascii="Nirmala UI" w:hAnsi="Nirmala UI" w:eastAsia="Nirmala UI" w:cs="Nirmala UI"/>
                <w:b w:val="0"/>
                <w:color w:val="55665F"/>
                <w:sz w:val="16"/>
                <w:szCs w:val="16"/>
                <w:lang w:val="en-GB" w:bidi="bn-BD"/>
              </w:rPr>
              <w:t>আর তাঁরা কী করেন</w:t>
            </w:r>
          </w:p>
        </w:tc>
        <w:tc>
          <w:tcPr>
            <w:tcW w:type="dxa" w:w="6576"/>
            <w:tcBorders>
              <w:top w:val="nil"/>
              <w:left w:val="nil"/>
              <w:bottom w:val="single" w:sz="6" w:color="A9BDB4" w:space="0"/>
              <w:right w:val="nil"/>
            </w:tcBorders>
          </w:tcPr>
          <w:p/>
        </w:tc>
      </w:tr>
      <w:tr>
        <w:trPr>
          <w:trHeight w:val="510"/>
        </w:trPr>
        <w:tc>
          <w:tcPr>
            <w:tcW w:type="dxa" w:w="3628"/>
            <w:tcBorders>
              <w:top w:val="nil"/>
              <w:left w:val="nil"/>
              <w:bottom w:val="single" w:sz="4" w:color="E3ECE7" w:space="0"/>
              <w:right w:val="nil"/>
            </w:tcBorders>
          </w:tcPr>
          <w:p>
            <w:pPr>
              <w:spacing w:after="0"/>
            </w:pPr>
            <w:r>
              <w:rPr>
                <w:rFonts w:ascii="Nirmala UI" w:hAnsi="Nirmala UI" w:eastAsia="Nirmala UI" w:cs="Nirmala UI"/>
                <w:b/>
                <w:color w:val="17241F"/>
                <w:sz w:val="20"/>
                <w:bCs/>
                <w:szCs w:val="20"/>
                <w:lang w:val="en-GB" w:bidi="bn-BD"/>
              </w:rPr>
              <w:t>পরিবারের ধরন</w:t>
            </w:r>
          </w:p>
          <w:p>
            <w:pPr>
              <w:spacing w:after="20" w:before="0"/>
            </w:pPr>
            <w:r>
              <w:rPr>
                <w:rFonts w:ascii="Nirmala UI" w:hAnsi="Nirmala UI" w:eastAsia="Nirmala UI" w:cs="Nirmala UI"/>
                <w:b w:val="0"/>
                <w:color w:val="55665F"/>
                <w:sz w:val="16"/>
                <w:szCs w:val="16"/>
                <w:lang w:val="en-GB" w:bidi="bn-BD"/>
              </w:rPr>
              <w:t>একক · যৌথ</w:t>
            </w:r>
          </w:p>
        </w:tc>
        <w:tc>
          <w:tcPr>
            <w:tcW w:type="dxa" w:w="6576"/>
            <w:tcBorders>
              <w:top w:val="nil"/>
              <w:left w:val="nil"/>
              <w:bottom w:val="single" w:sz="6" w:color="A9BDB4" w:space="0"/>
              <w:right w:val="nil"/>
            </w:tcBorders>
          </w:tcPr>
          <w:p/>
        </w:tc>
      </w:tr>
    </w:tbl>
    <w:p>
      <w:pPr>
        <w:spacing w:after="60" w:before="180"/>
        <w:keepNext/>
        <w:pBdr>
          <w:top w:val="nil"/>
          <w:left w:val="nil"/>
          <w:bottom w:val="single" w:sz="10" w:color="F4AF38" w:space="0"/>
          <w:right w:val="nil"/>
        </w:pBdr>
      </w:pPr>
      <w:r>
        <w:rPr>
          <w:rFonts w:ascii="Nirmala UI" w:hAnsi="Nirmala UI" w:eastAsia="Nirmala UI" w:cs="Nirmala UI"/>
          <w:b/>
          <w:color w:val="0E5D4C"/>
          <w:sz w:val="24"/>
          <w:bCs/>
          <w:szCs w:val="24"/>
          <w:lang w:val="en-GB" w:bidi="bn-BD"/>
        </w:rPr>
        <w:t>৭. জীবনযাপন</w:t>
      </w:r>
    </w:p>
    <w:tbl>
      <w:tblPr>
        <w:tblW w:type="dxa" w:w="10206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628"/>
        <w:gridCol w:w="6577"/>
      </w:tblGrid>
      <w:tr>
        <w:trPr>
          <w:trHeight w:val="510"/>
        </w:trPr>
        <w:tc>
          <w:tcPr>
            <w:tcW w:type="dxa" w:w="3628"/>
            <w:tcBorders>
              <w:top w:val="nil"/>
              <w:left w:val="nil"/>
              <w:bottom w:val="single" w:sz="4" w:color="E3ECE7" w:space="0"/>
              <w:right w:val="nil"/>
            </w:tcBorders>
          </w:tcPr>
          <w:p>
            <w:pPr>
              <w:spacing w:after="0"/>
            </w:pPr>
            <w:r>
              <w:rPr>
                <w:rFonts w:ascii="Nirmala UI" w:hAnsi="Nirmala UI" w:eastAsia="Nirmala UI" w:cs="Nirmala UI"/>
                <w:b/>
                <w:color w:val="17241F"/>
                <w:sz w:val="20"/>
                <w:bCs/>
                <w:szCs w:val="20"/>
                <w:lang w:val="en-GB" w:bidi="bn-BD"/>
              </w:rPr>
              <w:t>ভাষা</w:t>
            </w:r>
          </w:p>
          <w:p>
            <w:pPr>
              <w:spacing w:after="20" w:before="0"/>
            </w:pPr>
            <w:r>
              <w:rPr>
                <w:rFonts w:ascii="Nirmala UI" w:hAnsi="Nirmala UI" w:eastAsia="Nirmala UI" w:cs="Nirmala UI"/>
                <w:b w:val="0"/>
                <w:color w:val="55665F"/>
                <w:sz w:val="16"/>
                <w:szCs w:val="16"/>
                <w:lang w:val="en-GB" w:bidi="bn-BD"/>
              </w:rPr>
              <w:t>বাংলা, সিলেটি, ইংরেজি …</w:t>
            </w:r>
          </w:p>
        </w:tc>
        <w:tc>
          <w:tcPr>
            <w:tcW w:type="dxa" w:w="6576"/>
            <w:tcBorders>
              <w:top w:val="nil"/>
              <w:left w:val="nil"/>
              <w:bottom w:val="single" w:sz="6" w:color="A9BDB4" w:space="0"/>
              <w:right w:val="nil"/>
            </w:tcBorders>
          </w:tcPr>
          <w:p/>
        </w:tc>
      </w:tr>
      <w:tr>
        <w:trPr>
          <w:trHeight w:val="510"/>
        </w:trPr>
        <w:tc>
          <w:tcPr>
            <w:tcW w:type="dxa" w:w="3628"/>
            <w:tcBorders>
              <w:top w:val="nil"/>
              <w:left w:val="nil"/>
              <w:bottom w:val="single" w:sz="4" w:color="E3ECE7" w:space="0"/>
              <w:right w:val="nil"/>
            </w:tcBorders>
          </w:tcPr>
          <w:p>
            <w:pPr>
              <w:spacing w:after="0"/>
            </w:pPr>
            <w:r>
              <w:rPr>
                <w:rFonts w:ascii="Nirmala UI" w:hAnsi="Nirmala UI" w:eastAsia="Nirmala UI" w:cs="Nirmala UI"/>
                <w:b/>
                <w:color w:val="17241F"/>
                <w:sz w:val="20"/>
                <w:bCs/>
                <w:szCs w:val="20"/>
                <w:lang w:val="en-GB" w:bidi="bn-BD"/>
              </w:rPr>
              <w:t>ধূমপান</w:t>
            </w:r>
          </w:p>
        </w:tc>
        <w:tc>
          <w:tcPr>
            <w:tcW w:type="dxa" w:w="6576"/>
            <w:tcBorders>
              <w:top w:val="nil"/>
              <w:left w:val="nil"/>
              <w:bottom w:val="single" w:sz="6" w:color="A9BDB4" w:space="0"/>
              <w:right w:val="nil"/>
            </w:tcBorders>
          </w:tcPr>
          <w:p/>
        </w:tc>
      </w:tr>
      <w:tr>
        <w:trPr>
          <w:trHeight w:val="510"/>
        </w:trPr>
        <w:tc>
          <w:tcPr>
            <w:tcW w:type="dxa" w:w="3628"/>
            <w:tcBorders>
              <w:top w:val="nil"/>
              <w:left w:val="nil"/>
              <w:bottom w:val="single" w:sz="4" w:color="E3ECE7" w:space="0"/>
              <w:right w:val="nil"/>
            </w:tcBorders>
          </w:tcPr>
          <w:p>
            <w:pPr>
              <w:spacing w:after="0"/>
            </w:pPr>
            <w:r>
              <w:rPr>
                <w:rFonts w:ascii="Nirmala UI" w:hAnsi="Nirmala UI" w:eastAsia="Nirmala UI" w:cs="Nirmala UI"/>
                <w:b/>
                <w:color w:val="17241F"/>
                <w:sz w:val="20"/>
                <w:bCs/>
                <w:szCs w:val="20"/>
                <w:lang w:val="en-GB" w:bidi="bn-BD"/>
              </w:rPr>
              <w:t>বিয়ের পর যেখানে থাকতে চাই</w:t>
            </w:r>
          </w:p>
          <w:p>
            <w:pPr>
              <w:spacing w:after="20" w:before="0"/>
            </w:pPr>
            <w:r>
              <w:rPr>
                <w:rFonts w:ascii="Nirmala UI" w:hAnsi="Nirmala UI" w:eastAsia="Nirmala UI" w:cs="Nirmala UI"/>
                <w:b w:val="0"/>
                <w:color w:val="55665F"/>
                <w:sz w:val="16"/>
                <w:szCs w:val="16"/>
                <w:lang w:val="en-GB" w:bidi="bn-BD"/>
              </w:rPr>
              <w:t>মা-বাবার সাথে, কাছাকাছি, নাকি আলাদা</w:t>
            </w:r>
          </w:p>
        </w:tc>
        <w:tc>
          <w:tcPr>
            <w:tcW w:type="dxa" w:w="6576"/>
            <w:tcBorders>
              <w:top w:val="nil"/>
              <w:left w:val="nil"/>
              <w:bottom w:val="single" w:sz="6" w:color="A9BDB4" w:space="0"/>
              <w:right w:val="nil"/>
            </w:tcBorders>
          </w:tcPr>
          <w:p/>
        </w:tc>
      </w:tr>
    </w:tbl>
    <w:p>
      <w:pPr>
        <w:spacing w:after="60" w:before="180"/>
        <w:keepNext/>
        <w:pBdr>
          <w:top w:val="nil"/>
          <w:left w:val="nil"/>
          <w:bottom w:val="single" w:sz="10" w:color="F4AF38" w:space="0"/>
          <w:right w:val="nil"/>
        </w:pBdr>
      </w:pPr>
      <w:r>
        <w:rPr>
          <w:rFonts w:ascii="Nirmala UI" w:hAnsi="Nirmala UI" w:eastAsia="Nirmala UI" w:cs="Nirmala UI"/>
          <w:b/>
          <w:color w:val="0E5D4C"/>
          <w:sz w:val="24"/>
          <w:bCs/>
          <w:szCs w:val="24"/>
          <w:lang w:val="en-GB" w:bidi="bn-BD"/>
        </w:rPr>
        <w:t>৮. আমার সম্পর্কে</w:t>
      </w:r>
    </w:p>
    <w:p>
      <w:pPr>
        <w:spacing w:after="40" w:before="0"/>
      </w:pPr>
      <w:r>
        <w:rPr>
          <w:rFonts w:ascii="Nirmala UI" w:hAnsi="Nirmala UI" w:eastAsia="Nirmala UI" w:cs="Nirmala UI"/>
          <w:b w:val="0"/>
          <w:color w:val="55665F"/>
          <w:sz w:val="17"/>
          <w:szCs w:val="17"/>
          <w:lang w:val="en-GB" w:bidi="bn-BD"/>
        </w:rPr>
        <w:t>৮০ থেকে ২০০ শব্দে, নিজের ভাষায়। নির্দিষ্ট করে লিখুন: কী করেন, কী ভালোবাসেন, আপনার কাছে কী গুরুত্বপূর্ণ।</w:t>
      </w:r>
    </w:p>
    <w:tbl>
      <w:tblPr>
        <w:tblW w:type="dxa" w:w="10206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0206"/>
      </w:tblGrid>
      <w:tr>
        <w:tc>
          <w:tcPr>
            <w:tcW w:type="dxa" w:w="10205"/>
            <w:tcBorders>
              <w:top w:val="single" w:sz="6" w:color="A9BDB4" w:space="0"/>
              <w:left w:val="single" w:sz="6" w:color="A9BDB4" w:space="0"/>
              <w:bottom w:val="single" w:sz="6" w:color="A9BDB4" w:space="0"/>
              <w:right w:val="single" w:sz="6" w:color="A9BDB4" w:space="0"/>
            </w:tcBorders>
          </w:tcPr>
          <w:p>
            <w:pPr>
              <w:spacing w:after="180"/>
            </w:pPr>
          </w:p>
          <w:p>
            <w:pPr>
              <w:spacing w:after="180" w:before="0"/>
            </w:pPr>
          </w:p>
          <w:p>
            <w:pPr>
              <w:spacing w:after="180" w:before="0"/>
            </w:pPr>
          </w:p>
          <w:p>
            <w:pPr>
              <w:spacing w:after="180" w:before="0"/>
            </w:pPr>
          </w:p>
          <w:p>
            <w:pPr>
              <w:spacing w:after="180" w:before="0"/>
            </w:pPr>
          </w:p>
          <w:p>
            <w:pPr>
              <w:spacing w:after="180" w:before="0"/>
            </w:pPr>
          </w:p>
          <w:p>
            <w:pPr>
              <w:spacing w:after="180" w:before="0"/>
            </w:pPr>
          </w:p>
        </w:tc>
      </w:tr>
    </w:tbl>
    <w:p>
      <w:pPr>
        <w:spacing w:after="60" w:before="180"/>
        <w:keepNext/>
        <w:pBdr>
          <w:top w:val="nil"/>
          <w:left w:val="nil"/>
          <w:bottom w:val="single" w:sz="10" w:color="F4AF38" w:space="0"/>
          <w:right w:val="nil"/>
        </w:pBdr>
      </w:pPr>
      <w:r>
        <w:rPr>
          <w:rFonts w:ascii="Nirmala UI" w:hAnsi="Nirmala UI" w:eastAsia="Nirmala UI" w:cs="Nirmala UI"/>
          <w:b/>
          <w:color w:val="0E5D4C"/>
          <w:sz w:val="24"/>
          <w:bCs/>
          <w:szCs w:val="24"/>
          <w:lang w:val="en-GB" w:bidi="bn-BD"/>
        </w:rPr>
        <w:t>৯. যেমন জীবনসঙ্গী চাই</w:t>
      </w:r>
    </w:p>
    <w:p>
      <w:pPr>
        <w:spacing w:after="40" w:before="0"/>
      </w:pPr>
      <w:r>
        <w:rPr>
          <w:rFonts w:ascii="Nirmala UI" w:hAnsi="Nirmala UI" w:eastAsia="Nirmala UI" w:cs="Nirmala UI"/>
          <w:b w:val="0"/>
          <w:color w:val="55665F"/>
          <w:sz w:val="17"/>
          <w:szCs w:val="17"/>
          <w:lang w:val="en-GB" w:bidi="bn-BD"/>
        </w:rPr>
        <w:t>যেমন মানুষ ও পরিবার আশা করেন, দু-চার লাইনে। চাহিদার তালিকা নয়, মূল্যবোধের কথা লিখুন।</w:t>
      </w:r>
    </w:p>
    <w:tbl>
      <w:tblPr>
        <w:tblW w:type="dxa" w:w="10206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0206"/>
      </w:tblGrid>
      <w:tr>
        <w:tc>
          <w:tcPr>
            <w:tcW w:type="dxa" w:w="10205"/>
            <w:tcBorders>
              <w:top w:val="single" w:sz="6" w:color="A9BDB4" w:space="0"/>
              <w:left w:val="single" w:sz="6" w:color="A9BDB4" w:space="0"/>
              <w:bottom w:val="single" w:sz="6" w:color="A9BDB4" w:space="0"/>
              <w:right w:val="single" w:sz="6" w:color="A9BDB4" w:space="0"/>
            </w:tcBorders>
          </w:tcPr>
          <w:p>
            <w:pPr>
              <w:spacing w:after="180"/>
            </w:pPr>
          </w:p>
          <w:p>
            <w:pPr>
              <w:spacing w:after="180" w:before="0"/>
            </w:pPr>
          </w:p>
          <w:p>
            <w:pPr>
              <w:spacing w:after="180" w:before="0"/>
            </w:pPr>
          </w:p>
          <w:p>
            <w:pPr>
              <w:spacing w:after="180" w:before="0"/>
            </w:pPr>
          </w:p>
        </w:tc>
      </w:tr>
    </w:tbl>
    <w:p>
      <w:pPr>
        <w:spacing w:after="60" w:before="180"/>
        <w:keepNext/>
        <w:pBdr>
          <w:top w:val="nil"/>
          <w:left w:val="nil"/>
          <w:bottom w:val="single" w:sz="10" w:color="F4AF38" w:space="0"/>
          <w:right w:val="nil"/>
        </w:pBdr>
      </w:pPr>
      <w:r>
        <w:rPr>
          <w:rFonts w:ascii="Nirmala UI" w:hAnsi="Nirmala UI" w:eastAsia="Nirmala UI" w:cs="Nirmala UI"/>
          <w:b/>
          <w:color w:val="0E5D4C"/>
          <w:sz w:val="24"/>
          <w:bCs/>
          <w:szCs w:val="24"/>
          <w:lang w:val="en-GB" w:bidi="bn-BD"/>
        </w:rPr>
        <w:t>যোগাযোগ</w:t>
      </w:r>
    </w:p>
    <w:tbl>
      <w:tblPr>
        <w:tblW w:type="dxa" w:w="10206"/>
        <w:jc w:val="left"/>
        <w:tblLayout w:type="fixed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3628"/>
        <w:gridCol w:w="6577"/>
      </w:tblGrid>
      <w:tr>
        <w:trPr>
          <w:trHeight w:val="510"/>
        </w:trPr>
        <w:tc>
          <w:tcPr>
            <w:tcW w:type="dxa" w:w="3628"/>
            <w:tcBorders>
              <w:top w:val="nil"/>
              <w:left w:val="nil"/>
              <w:bottom w:val="single" w:sz="4" w:color="E3ECE7" w:space="0"/>
              <w:right w:val="nil"/>
            </w:tcBorders>
          </w:tcPr>
          <w:p>
            <w:pPr>
              <w:spacing w:after="0"/>
            </w:pPr>
            <w:r>
              <w:rPr>
                <w:rFonts w:ascii="Nirmala UI" w:hAnsi="Nirmala UI" w:eastAsia="Nirmala UI" w:cs="Nirmala UI"/>
                <w:b/>
                <w:color w:val="17241F"/>
                <w:sz w:val="20"/>
                <w:bCs/>
                <w:szCs w:val="20"/>
                <w:lang w:val="en-GB" w:bidi="bn-BD"/>
              </w:rPr>
              <w:t>যোগাযোগের মানুষ ও নম্বর</w:t>
            </w:r>
          </w:p>
          <w:p>
            <w:pPr>
              <w:spacing w:after="20" w:before="0"/>
            </w:pPr>
            <w:r>
              <w:rPr>
                <w:rFonts w:ascii="Nirmala UI" w:hAnsi="Nirmala UI" w:eastAsia="Nirmala UI" w:cs="Nirmala UI"/>
                <w:b w:val="0"/>
                <w:color w:val="55665F"/>
                <w:sz w:val="16"/>
                <w:szCs w:val="16"/>
                <w:lang w:val="en-GB" w:bidi="bn-BD"/>
              </w:rPr>
              <w:t>মা-বাবা বা অভিভাবকের নম্বর দেওয়াই নিরাপদ</w:t>
            </w:r>
          </w:p>
        </w:tc>
        <w:tc>
          <w:tcPr>
            <w:tcW w:type="dxa" w:w="6576"/>
            <w:tcBorders>
              <w:top w:val="nil"/>
              <w:left w:val="nil"/>
              <w:bottom w:val="single" w:sz="6" w:color="A9BDB4" w:space="0"/>
              <w:right w:val="nil"/>
            </w:tcBorders>
          </w:tcPr>
          <w:p/>
        </w:tc>
      </w:tr>
    </w:tbl>
    <w:p>
      <w:pPr>
        <w:spacing w:after="80" w:before="0"/>
      </w:pPr>
    </w:p>
    <w:tbl>
      <w:tblPr>
        <w:tblW w:type="dxa" w:w="10206"/>
        <w:tblLook w:firstColumn="1" w:firstRow="1" w:lastColumn="0" w:lastRow="0" w:noHBand="0" w:noVBand="1" w:val="04A0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</w:tblPr>
      <w:tblGrid>
        <w:gridCol w:w="10206"/>
      </w:tblGrid>
      <w:tr>
        <w:tc>
          <w:tcPr>
            <w:tcW w:type="dxa" w:w="10205"/>
            <w:shd w:val="clear" w:color="auto" w:fill="FFF6E3"/>
            <w:tcBorders>
              <w:top w:val="nil"/>
              <w:left w:val="single" w:sz="24" w:color="F4AF38" w:space="0"/>
              <w:bottom w:val="nil"/>
              <w:right w:val="nil"/>
            </w:tcBorders>
          </w:tcPr>
          <w:p>
            <w:r>
              <w:rPr>
                <w:rFonts w:ascii="Nirmala UI" w:hAnsi="Nirmala UI" w:eastAsia="Nirmala UI" w:cs="Nirmala UI"/>
                <w:b/>
                <w:color w:val="7A4D00"/>
                <w:sz w:val="22"/>
                <w:bCs/>
                <w:szCs w:val="22"/>
                <w:lang w:val="en-GB" w:bidi="bn-BD"/>
              </w:rPr>
              <w:t>পাঠানোর আগে</w:t>
            </w:r>
          </w:p>
          <w:p>
            <w:pPr>
              <w:spacing w:after="20" w:before="0"/>
            </w:pPr>
            <w:r>
              <w:rPr>
                <w:rFonts w:ascii="Nirmala UI" w:hAnsi="Nirmala UI" w:eastAsia="Nirmala UI" w:cs="Nirmala UI"/>
                <w:b w:val="0"/>
                <w:color w:val="17241F"/>
                <w:sz w:val="18"/>
                <w:szCs w:val="18"/>
                <w:lang w:val="en-GB" w:bidi="bn-BD"/>
              </w:rPr>
              <w:t>•  এনআইডি বা পাসপোর্ট নম্বর নয়, কোনো পরিচয়পত্রের ছবিও নয়।</w:t>
            </w:r>
          </w:p>
          <w:p>
            <w:pPr>
              <w:spacing w:after="20" w:before="0"/>
            </w:pPr>
            <w:r>
              <w:rPr>
                <w:rFonts w:ascii="Nirmala UI" w:hAnsi="Nirmala UI" w:eastAsia="Nirmala UI" w:cs="Nirmala UI"/>
                <w:b w:val="0"/>
                <w:color w:val="17241F"/>
                <w:sz w:val="18"/>
                <w:szCs w:val="18"/>
                <w:lang w:val="en-GB" w:bidi="bn-BD"/>
              </w:rPr>
              <w:t>•  বাসার ঠিকানা নয়, ঠিক কোন ভবনে কাজ করেন তা-ও নয়।</w:t>
            </w:r>
          </w:p>
          <w:p>
            <w:pPr>
              <w:spacing w:after="20" w:before="0"/>
            </w:pPr>
            <w:r>
              <w:rPr>
                <w:rFonts w:ascii="Nirmala UI" w:hAnsi="Nirmala UI" w:eastAsia="Nirmala UI" w:cs="Nirmala UI"/>
                <w:b w:val="0"/>
                <w:color w:val="17241F"/>
                <w:sz w:val="18"/>
                <w:szCs w:val="18"/>
                <w:lang w:val="en-GB" w:bidi="bn-BD"/>
              </w:rPr>
              <w:t>•  গায়ের রং নয়।</w:t>
            </w:r>
          </w:p>
          <w:p>
            <w:pPr>
              <w:spacing w:after="20" w:before="0"/>
            </w:pPr>
            <w:r>
              <w:rPr>
                <w:rFonts w:ascii="Nirmala UI" w:hAnsi="Nirmala UI" w:eastAsia="Nirmala UI" w:cs="Nirmala UI"/>
                <w:b w:val="0"/>
                <w:color w:val="17241F"/>
                <w:sz w:val="18"/>
                <w:szCs w:val="18"/>
                <w:lang w:val="en-GB" w:bidi="bn-BD"/>
              </w:rPr>
              <w:t>•  যৌতুকের কোনো প্রত্যাশা নয়। বাংলাদেশে যৌতুক চাওয়া অপরাধ।</w:t>
            </w:r>
          </w:p>
          <w:p>
            <w:pPr>
              <w:spacing w:after="20" w:before="0"/>
            </w:pPr>
            <w:r>
              <w:rPr>
                <w:rFonts w:ascii="Nirmala UI" w:hAnsi="Nirmala UI" w:eastAsia="Nirmala UI" w:cs="Nirmala UI"/>
                <w:b w:val="0"/>
                <w:color w:val="17241F"/>
                <w:sz w:val="18"/>
                <w:szCs w:val="18"/>
                <w:lang w:val="en-GB" w:bidi="bn-BD"/>
              </w:rPr>
              <w:t>•  পিডিএফ হিসেবে পাঠান, আর নিচের লাইনটি পূরণ করুন।</w:t>
            </w:r>
          </w:p>
          <w:p>
            <w:pPr>
              <w:spacing w:after="80" w:before="120"/>
            </w:pPr>
            <w:r>
              <w:rPr>
                <w:rFonts w:ascii="Nirmala UI" w:hAnsi="Nirmala UI" w:eastAsia="Nirmala UI" w:cs="Nirmala UI"/>
                <w:b/>
                <w:color w:val="17241F"/>
                <w:sz w:val="18"/>
                <w:bCs/>
                <w:szCs w:val="18"/>
                <w:lang w:val="en-GB" w:bidi="bn-BD"/>
              </w:rPr>
              <w:t>যাঁদের দেওয়া হলো: ____________________________________    তারিখ: ______________</w:t>
            </w:r>
          </w:p>
        </w:tc>
      </w:tr>
    </w:tbl>
    <w:sectPr w:rsidR="00FC693F" w:rsidRPr="0006063C" w:rsidSect="00034616">
      <w:footerReference w:type="default" r:id="rId10"/>
      <w:pgSz w:w="11906" w:h="16838"/>
      <w:pgMar w:top="737" w:right="850" w:bottom="794" w:left="850" w:header="720" w:footer="39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Nirmala UI" w:hAnsi="Nirmala UI" w:eastAsia="Nirmala UI" w:cs="Nirmala UI"/>
        <w:b w:val="0"/>
        <w:color w:val="55665F"/>
        <w:sz w:val="14"/>
        <w:szCs w:val="14"/>
        <w:lang w:val="en-GB" w:bidi="bn-BD"/>
      </w:rPr>
      <w:t>কবুল কাবিনের বিনা মূল্যের ফরম্যাট · kobulkabin.com/bn/guides/marriage-biodata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Nirmala UI" w:hAnsi="Nirmala UI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বিয়ের বায়োডাটা — কবুল কাবিনের ফরম্যাট</dc:title>
  <dc:subject/>
  <dc:creator>KobulKabin</dc:creator>
  <cp:keywords/>
  <dc:description/>
  <cp:lastModifiedBy>KobulKabin</cp:lastModifiedBy>
  <cp:revision>1</cp:revision>
  <dcterms:created xsi:type="dcterms:W3CDTF">2013-12-23T23:15:00Z</dcterms:created>
  <dcterms:modified xsi:type="dcterms:W3CDTF">2013-12-23T23:15:00Z</dcterms:modified>
  <cp:category/>
  <dc:language>bn-BD</dc:language>
</cp:coreProperties>
</file>